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802F" w14:textId="77777777" w:rsidR="00623D03" w:rsidRDefault="00000000">
      <w:pPr>
        <w:spacing w:after="20"/>
        <w:jc w:val="center"/>
      </w:pPr>
      <w:r>
        <w:rPr>
          <w:b/>
          <w:sz w:val="24"/>
        </w:rPr>
        <w:t>Risk Assessment – Radio Controlled Cars Hire (HSE/AAIAC Style)</w:t>
      </w:r>
    </w:p>
    <w:p w14:paraId="0358885C" w14:textId="77777777" w:rsidR="00623D03" w:rsidRDefault="00000000">
      <w:pPr>
        <w:pStyle w:val="Heading1"/>
        <w:spacing w:before="0"/>
      </w:pPr>
      <w:r>
        <w:t>Activity Description</w:t>
      </w:r>
    </w:p>
    <w:p w14:paraId="7673D981" w14:textId="77777777" w:rsidR="00623D03" w:rsidRDefault="00000000">
      <w:pPr>
        <w:spacing w:after="20"/>
      </w:pPr>
      <w:r>
        <w:t>Delivery, setup, supervised operation and dismantling of radio controlled cars equipment for temporary hire at events.</w:t>
      </w:r>
    </w:p>
    <w:p w14:paraId="556C30E2" w14:textId="77777777" w:rsidR="00623D03" w:rsidRDefault="00000000">
      <w:pPr>
        <w:pStyle w:val="Heading1"/>
        <w:spacing w:before="0"/>
      </w:pPr>
      <w:r>
        <w:t>Persons at Risk</w:t>
      </w:r>
    </w:p>
    <w:p w14:paraId="329C343B" w14:textId="77777777" w:rsidR="00623D03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623D03" w14:paraId="26795069" w14:textId="77777777">
        <w:trPr>
          <w:jc w:val="center"/>
        </w:trPr>
        <w:tc>
          <w:tcPr>
            <w:tcW w:w="2189" w:type="dxa"/>
          </w:tcPr>
          <w:p w14:paraId="2D8C8504" w14:textId="77777777" w:rsidR="00623D03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02D7AC2B" w14:textId="77777777" w:rsidR="00623D03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26F4AC90" w14:textId="77777777" w:rsidR="00623D03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138CD9F9" w14:textId="77777777" w:rsidR="00623D03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1D92DEC8" w14:textId="77777777" w:rsidR="00623D03" w:rsidRDefault="00000000">
            <w:r>
              <w:rPr>
                <w:b/>
                <w:sz w:val="14"/>
              </w:rPr>
              <w:t>Residual Risk</w:t>
            </w:r>
          </w:p>
        </w:tc>
      </w:tr>
      <w:tr w:rsidR="00623D03" w14:paraId="35346A04" w14:textId="77777777">
        <w:trPr>
          <w:jc w:val="center"/>
        </w:trPr>
        <w:tc>
          <w:tcPr>
            <w:tcW w:w="2189" w:type="dxa"/>
          </w:tcPr>
          <w:p w14:paraId="170E9700" w14:textId="77777777" w:rsidR="00623D03" w:rsidRDefault="00000000">
            <w:r>
              <w:rPr>
                <w:sz w:val="14"/>
              </w:rPr>
              <w:t>Manual handling of equipment</w:t>
            </w:r>
          </w:p>
        </w:tc>
        <w:tc>
          <w:tcPr>
            <w:tcW w:w="2189" w:type="dxa"/>
          </w:tcPr>
          <w:p w14:paraId="25C3A016" w14:textId="77777777" w:rsidR="00623D03" w:rsidRDefault="00000000">
            <w:r>
              <w:rPr>
                <w:sz w:val="14"/>
              </w:rPr>
              <w:t>Staff</w:t>
            </w:r>
          </w:p>
        </w:tc>
        <w:tc>
          <w:tcPr>
            <w:tcW w:w="2189" w:type="dxa"/>
          </w:tcPr>
          <w:p w14:paraId="5CE13199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4638B0F8" w14:textId="77777777" w:rsidR="00623D03" w:rsidRDefault="00000000">
            <w:r>
              <w:rPr>
                <w:sz w:val="14"/>
              </w:rPr>
              <w:t>Use safe lifting and carrying techniques; store controllers and cars securely during transport and setup.</w:t>
            </w:r>
          </w:p>
        </w:tc>
        <w:tc>
          <w:tcPr>
            <w:tcW w:w="2189" w:type="dxa"/>
          </w:tcPr>
          <w:p w14:paraId="07E9F3A3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32F28715" w14:textId="77777777">
        <w:trPr>
          <w:jc w:val="center"/>
        </w:trPr>
        <w:tc>
          <w:tcPr>
            <w:tcW w:w="2189" w:type="dxa"/>
          </w:tcPr>
          <w:p w14:paraId="36D3DEF7" w14:textId="77777777" w:rsidR="00623D03" w:rsidRDefault="00000000">
            <w:r>
              <w:rPr>
                <w:sz w:val="14"/>
              </w:rPr>
              <w:t>Participant collision with another car</w:t>
            </w:r>
          </w:p>
        </w:tc>
        <w:tc>
          <w:tcPr>
            <w:tcW w:w="2189" w:type="dxa"/>
          </w:tcPr>
          <w:p w14:paraId="791D7674" w14:textId="77777777" w:rsidR="00623D03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7A564057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9EF41B7" w14:textId="77777777" w:rsidR="00623D03" w:rsidRDefault="00000000">
            <w:r>
              <w:rPr>
                <w:sz w:val="14"/>
              </w:rPr>
              <w:t>Define the operating area; control numbers; establish clear rules and prohibit deliberate ramming.</w:t>
            </w:r>
          </w:p>
        </w:tc>
        <w:tc>
          <w:tcPr>
            <w:tcW w:w="2189" w:type="dxa"/>
          </w:tcPr>
          <w:p w14:paraId="4AB8E9EA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21A4925E" w14:textId="77777777">
        <w:trPr>
          <w:jc w:val="center"/>
        </w:trPr>
        <w:tc>
          <w:tcPr>
            <w:tcW w:w="2189" w:type="dxa"/>
          </w:tcPr>
          <w:p w14:paraId="1D34F8A3" w14:textId="77777777" w:rsidR="00623D03" w:rsidRDefault="00000000">
            <w:r>
              <w:rPr>
                <w:sz w:val="14"/>
              </w:rPr>
              <w:t>Car striking participant / spectator</w:t>
            </w:r>
          </w:p>
        </w:tc>
        <w:tc>
          <w:tcPr>
            <w:tcW w:w="2189" w:type="dxa"/>
          </w:tcPr>
          <w:p w14:paraId="14334E0C" w14:textId="77777777" w:rsidR="00623D03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0F45EB1E" w14:textId="77777777" w:rsidR="00623D03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08599FB0" w14:textId="77777777" w:rsidR="00623D03" w:rsidRDefault="00000000">
            <w:r>
              <w:rPr>
                <w:sz w:val="14"/>
              </w:rPr>
              <w:t>Keep spectators outside the active area; operate at controlled speed; supervise participants and stop play if control is lost.</w:t>
            </w:r>
          </w:p>
        </w:tc>
        <w:tc>
          <w:tcPr>
            <w:tcW w:w="2189" w:type="dxa"/>
          </w:tcPr>
          <w:p w14:paraId="714FE8D8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18B7A530" w14:textId="77777777">
        <w:trPr>
          <w:jc w:val="center"/>
        </w:trPr>
        <w:tc>
          <w:tcPr>
            <w:tcW w:w="2189" w:type="dxa"/>
          </w:tcPr>
          <w:p w14:paraId="418FE934" w14:textId="77777777" w:rsidR="00623D03" w:rsidRDefault="00000000">
            <w:r>
              <w:rPr>
                <w:sz w:val="14"/>
              </w:rPr>
              <w:t>Trips from cars, cables or equipment</w:t>
            </w:r>
          </w:p>
        </w:tc>
        <w:tc>
          <w:tcPr>
            <w:tcW w:w="2189" w:type="dxa"/>
          </w:tcPr>
          <w:p w14:paraId="48F24D8D" w14:textId="77777777" w:rsidR="00623D03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1295F603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1E0B9820" w14:textId="77777777" w:rsidR="00623D03" w:rsidRDefault="00000000">
            <w:r>
              <w:rPr>
                <w:sz w:val="14"/>
              </w:rPr>
              <w:t>Keep unused cars and controllers in a designated area; maintain clear walkways and route cables safely where used.</w:t>
            </w:r>
          </w:p>
        </w:tc>
        <w:tc>
          <w:tcPr>
            <w:tcW w:w="2189" w:type="dxa"/>
          </w:tcPr>
          <w:p w14:paraId="3DD7BE98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75892EBD" w14:textId="77777777">
        <w:trPr>
          <w:jc w:val="center"/>
        </w:trPr>
        <w:tc>
          <w:tcPr>
            <w:tcW w:w="2189" w:type="dxa"/>
          </w:tcPr>
          <w:p w14:paraId="5848DF5A" w14:textId="77777777" w:rsidR="00623D03" w:rsidRDefault="00000000">
            <w:r>
              <w:rPr>
                <w:sz w:val="14"/>
              </w:rPr>
              <w:t>Electrical / battery hazards</w:t>
            </w:r>
          </w:p>
        </w:tc>
        <w:tc>
          <w:tcPr>
            <w:tcW w:w="2189" w:type="dxa"/>
          </w:tcPr>
          <w:p w14:paraId="7EAD7362" w14:textId="77777777" w:rsidR="00623D03" w:rsidRDefault="00000000">
            <w:r>
              <w:rPr>
                <w:sz w:val="14"/>
              </w:rPr>
              <w:t>Staff/Participants</w:t>
            </w:r>
          </w:p>
        </w:tc>
        <w:tc>
          <w:tcPr>
            <w:tcW w:w="2189" w:type="dxa"/>
          </w:tcPr>
          <w:p w14:paraId="5F3061D3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E25B2CB" w14:textId="77777777" w:rsidR="00623D03" w:rsidRDefault="00000000">
            <w:r>
              <w:rPr>
                <w:sz w:val="14"/>
              </w:rPr>
              <w:t>Inspect batteries, chargers and connections; use equipment as supplied; remove damaged batteries or chargers from service.</w:t>
            </w:r>
          </w:p>
        </w:tc>
        <w:tc>
          <w:tcPr>
            <w:tcW w:w="2189" w:type="dxa"/>
          </w:tcPr>
          <w:p w14:paraId="6748F919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3F2EBBBA" w14:textId="77777777">
        <w:trPr>
          <w:jc w:val="center"/>
        </w:trPr>
        <w:tc>
          <w:tcPr>
            <w:tcW w:w="2189" w:type="dxa"/>
          </w:tcPr>
          <w:p w14:paraId="2AD2EFC3" w14:textId="77777777" w:rsidR="00623D03" w:rsidRDefault="00000000">
            <w:r>
              <w:rPr>
                <w:sz w:val="14"/>
              </w:rPr>
              <w:t>Unsuitable participant age / ability</w:t>
            </w:r>
          </w:p>
        </w:tc>
        <w:tc>
          <w:tcPr>
            <w:tcW w:w="2189" w:type="dxa"/>
          </w:tcPr>
          <w:p w14:paraId="7944E347" w14:textId="77777777" w:rsidR="00623D03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62D01A05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4831C23" w14:textId="77777777" w:rsidR="00623D03" w:rsidRDefault="00000000">
            <w:r>
              <w:rPr>
                <w:sz w:val="14"/>
              </w:rPr>
              <w:t>Provide clear instructions and appropriate supervision; consider participant age, ability and understanding.</w:t>
            </w:r>
          </w:p>
        </w:tc>
        <w:tc>
          <w:tcPr>
            <w:tcW w:w="2189" w:type="dxa"/>
          </w:tcPr>
          <w:p w14:paraId="14DB6141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0EDA648D" w14:textId="77777777">
        <w:trPr>
          <w:jc w:val="center"/>
        </w:trPr>
        <w:tc>
          <w:tcPr>
            <w:tcW w:w="2189" w:type="dxa"/>
          </w:tcPr>
          <w:p w14:paraId="7EE4A27D" w14:textId="77777777" w:rsidR="00623D03" w:rsidRDefault="00000000">
            <w:r>
              <w:rPr>
                <w:sz w:val="14"/>
              </w:rPr>
              <w:t>Incorrect use / deliberate misuse</w:t>
            </w:r>
          </w:p>
        </w:tc>
        <w:tc>
          <w:tcPr>
            <w:tcW w:w="2189" w:type="dxa"/>
          </w:tcPr>
          <w:p w14:paraId="243A8009" w14:textId="77777777" w:rsidR="00623D03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734E9F06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2A37AD81" w14:textId="77777777" w:rsidR="00623D03" w:rsidRDefault="00000000">
            <w:r>
              <w:rPr>
                <w:sz w:val="14"/>
              </w:rPr>
              <w:t>Prohibit throwing equipment, striking people, unsafe driving or interference with other users.</w:t>
            </w:r>
          </w:p>
        </w:tc>
        <w:tc>
          <w:tcPr>
            <w:tcW w:w="2189" w:type="dxa"/>
          </w:tcPr>
          <w:p w14:paraId="3507FF50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7366FD8B" w14:textId="77777777">
        <w:trPr>
          <w:jc w:val="center"/>
        </w:trPr>
        <w:tc>
          <w:tcPr>
            <w:tcW w:w="2189" w:type="dxa"/>
          </w:tcPr>
          <w:p w14:paraId="6B502972" w14:textId="77777777" w:rsidR="00623D03" w:rsidRDefault="00000000">
            <w:r>
              <w:rPr>
                <w:sz w:val="14"/>
              </w:rPr>
              <w:t>Overcrowding around activity</w:t>
            </w:r>
          </w:p>
        </w:tc>
        <w:tc>
          <w:tcPr>
            <w:tcW w:w="2189" w:type="dxa"/>
          </w:tcPr>
          <w:p w14:paraId="7D52EB67" w14:textId="77777777" w:rsidR="00623D03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711DCB52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1F0E0133" w14:textId="77777777" w:rsidR="00623D03" w:rsidRDefault="00000000">
            <w:r>
              <w:rPr>
                <w:sz w:val="14"/>
              </w:rPr>
              <w:t>Control player numbers and queues; maintain a clearly defined playing and spectator area.</w:t>
            </w:r>
          </w:p>
        </w:tc>
        <w:tc>
          <w:tcPr>
            <w:tcW w:w="2189" w:type="dxa"/>
          </w:tcPr>
          <w:p w14:paraId="7750D778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2C8279AF" w14:textId="77777777">
        <w:trPr>
          <w:jc w:val="center"/>
        </w:trPr>
        <w:tc>
          <w:tcPr>
            <w:tcW w:w="2189" w:type="dxa"/>
          </w:tcPr>
          <w:p w14:paraId="5119AD83" w14:textId="77777777" w:rsidR="00623D03" w:rsidRDefault="00000000">
            <w:r>
              <w:rPr>
                <w:sz w:val="14"/>
              </w:rPr>
              <w:t>Damaged car / controller</w:t>
            </w:r>
          </w:p>
        </w:tc>
        <w:tc>
          <w:tcPr>
            <w:tcW w:w="2189" w:type="dxa"/>
          </w:tcPr>
          <w:p w14:paraId="612269B5" w14:textId="77777777" w:rsidR="00623D03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003E2CE9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C4D8630" w14:textId="77777777" w:rsidR="00623D03" w:rsidRDefault="00000000">
            <w:r>
              <w:rPr>
                <w:sz w:val="14"/>
              </w:rPr>
              <w:t>Inspect cars, controllers and accessories before each session; remove damaged equipment from service.</w:t>
            </w:r>
          </w:p>
        </w:tc>
        <w:tc>
          <w:tcPr>
            <w:tcW w:w="2189" w:type="dxa"/>
          </w:tcPr>
          <w:p w14:paraId="7521CB55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22197443" w14:textId="77777777">
        <w:trPr>
          <w:jc w:val="center"/>
        </w:trPr>
        <w:tc>
          <w:tcPr>
            <w:tcW w:w="2189" w:type="dxa"/>
          </w:tcPr>
          <w:p w14:paraId="24830784" w14:textId="77777777" w:rsidR="00623D03" w:rsidRDefault="00000000">
            <w:r>
              <w:rPr>
                <w:sz w:val="14"/>
              </w:rPr>
              <w:t>Poor visibility</w:t>
            </w:r>
          </w:p>
        </w:tc>
        <w:tc>
          <w:tcPr>
            <w:tcW w:w="2189" w:type="dxa"/>
          </w:tcPr>
          <w:p w14:paraId="51C41DBB" w14:textId="77777777" w:rsidR="00623D03" w:rsidRDefault="00000000">
            <w:r>
              <w:rPr>
                <w:sz w:val="14"/>
              </w:rPr>
              <w:t>Participants/Staff</w:t>
            </w:r>
          </w:p>
        </w:tc>
        <w:tc>
          <w:tcPr>
            <w:tcW w:w="2189" w:type="dxa"/>
          </w:tcPr>
          <w:p w14:paraId="6BB57369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2B19733D" w14:textId="77777777" w:rsidR="00623D03" w:rsidRDefault="00000000">
            <w:r>
              <w:rPr>
                <w:sz w:val="14"/>
              </w:rPr>
              <w:t>Provide adequate lighting and ensure the operating area and obstacles are clearly visible.</w:t>
            </w:r>
          </w:p>
        </w:tc>
        <w:tc>
          <w:tcPr>
            <w:tcW w:w="2189" w:type="dxa"/>
          </w:tcPr>
          <w:p w14:paraId="0A66BAD0" w14:textId="77777777" w:rsidR="00623D03" w:rsidRDefault="00000000">
            <w:r>
              <w:rPr>
                <w:sz w:val="14"/>
              </w:rPr>
              <w:t>Low</w:t>
            </w:r>
          </w:p>
        </w:tc>
      </w:tr>
      <w:tr w:rsidR="00623D03" w14:paraId="791BE2C0" w14:textId="77777777">
        <w:trPr>
          <w:jc w:val="center"/>
        </w:trPr>
        <w:tc>
          <w:tcPr>
            <w:tcW w:w="2189" w:type="dxa"/>
          </w:tcPr>
          <w:p w14:paraId="458DF8BE" w14:textId="77777777" w:rsidR="00623D03" w:rsidRDefault="00000000">
            <w:r>
              <w:rPr>
                <w:sz w:val="14"/>
              </w:rPr>
              <w:t>Emergency access obstructed</w:t>
            </w:r>
          </w:p>
        </w:tc>
        <w:tc>
          <w:tcPr>
            <w:tcW w:w="2189" w:type="dxa"/>
          </w:tcPr>
          <w:p w14:paraId="728C7905" w14:textId="77777777" w:rsidR="00623D03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120BB984" w14:textId="77777777" w:rsidR="00623D03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6D8CACD" w14:textId="77777777" w:rsidR="00623D03" w:rsidRDefault="00000000">
            <w:r>
              <w:rPr>
                <w:sz w:val="14"/>
              </w:rPr>
              <w:t>Position the activity so emergency routes and exits remain clear at all times.</w:t>
            </w:r>
          </w:p>
        </w:tc>
        <w:tc>
          <w:tcPr>
            <w:tcW w:w="2189" w:type="dxa"/>
          </w:tcPr>
          <w:p w14:paraId="25E9101D" w14:textId="77777777" w:rsidR="00623D03" w:rsidRDefault="00000000">
            <w:r>
              <w:rPr>
                <w:sz w:val="14"/>
              </w:rPr>
              <w:t>Low</w:t>
            </w:r>
          </w:p>
        </w:tc>
      </w:tr>
    </w:tbl>
    <w:p w14:paraId="3DD6E51F" w14:textId="77777777" w:rsidR="00623D03" w:rsidRDefault="00000000">
      <w:pPr>
        <w:pStyle w:val="Heading1"/>
        <w:spacing w:before="0"/>
      </w:pPr>
      <w:r>
        <w:t>Operational Controls</w:t>
      </w:r>
    </w:p>
    <w:p w14:paraId="7820BC63" w14:textId="77777777" w:rsidR="00623D03" w:rsidRDefault="00000000">
      <w:pPr>
        <w:pStyle w:val="ListBullet"/>
        <w:spacing w:after="0"/>
      </w:pPr>
      <w:r>
        <w:t>Set up the Radio Controlled Cars activity on suitable ground/surface with adequate clearance and access.</w:t>
      </w:r>
    </w:p>
    <w:p w14:paraId="1AE811E9" w14:textId="77777777" w:rsidR="00623D03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5403D981" w14:textId="77777777" w:rsidR="00623D03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32BC1D1B" w14:textId="77777777" w:rsidR="00623D03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75B55638" w14:textId="77777777" w:rsidR="00623D03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48B99223" w14:textId="77777777" w:rsidR="00623D03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122822DB" w14:textId="77777777" w:rsidR="00623D03" w:rsidRDefault="00000000">
      <w:pPr>
        <w:pStyle w:val="Heading1"/>
        <w:spacing w:before="0"/>
      </w:pPr>
      <w:r>
        <w:t>Emergency Procedures</w:t>
      </w:r>
    </w:p>
    <w:p w14:paraId="28CDF2BE" w14:textId="77777777" w:rsidR="00623D03" w:rsidRDefault="00000000">
      <w:pPr>
        <w:pStyle w:val="ListBullet"/>
        <w:spacing w:after="0"/>
      </w:pPr>
      <w:r>
        <w:t>Stop the Radio Controlled Cars activity immediately following any incident or unsafe condition.</w:t>
      </w:r>
    </w:p>
    <w:p w14:paraId="7FE62BED" w14:textId="77777777" w:rsidR="00623D03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3C30192F" w14:textId="77777777" w:rsidR="00623D03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1C43041B" w14:textId="77777777" w:rsidR="00623D03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52014617" w14:textId="77777777" w:rsidR="00623D03" w:rsidRDefault="00000000">
      <w:pPr>
        <w:pStyle w:val="Heading1"/>
        <w:spacing w:before="0"/>
      </w:pPr>
      <w:r>
        <w:t>Inspection Checklist</w:t>
      </w:r>
    </w:p>
    <w:p w14:paraId="15EAC8BC" w14:textId="77777777" w:rsidR="00623D03" w:rsidRDefault="00000000">
      <w:pPr>
        <w:pStyle w:val="ListBullet"/>
        <w:spacing w:after="0"/>
      </w:pPr>
      <w:r>
        <w:t>Equipment structure and components stable, secure and free from damage.</w:t>
      </w:r>
    </w:p>
    <w:p w14:paraId="6B2388BF" w14:textId="77777777" w:rsidR="00623D03" w:rsidRDefault="00000000">
      <w:pPr>
        <w:pStyle w:val="ListBullet"/>
        <w:spacing w:after="0"/>
      </w:pPr>
      <w:r>
        <w:t>Playing/activity surface clean and free from defects or trip hazards.</w:t>
      </w:r>
    </w:p>
    <w:p w14:paraId="4D41E6EB" w14:textId="77777777" w:rsidR="00623D03" w:rsidRDefault="00000000">
      <w:pPr>
        <w:pStyle w:val="ListBullet"/>
        <w:spacing w:after="0"/>
      </w:pPr>
      <w:r>
        <w:t>Access, exit and spectator exclusion areas clearly defined.</w:t>
      </w:r>
    </w:p>
    <w:p w14:paraId="7444B5FC" w14:textId="77777777" w:rsidR="00623D03" w:rsidRDefault="00000000">
      <w:pPr>
        <w:pStyle w:val="ListBullet"/>
        <w:spacing w:after="0"/>
      </w:pPr>
      <w:r>
        <w:t>Emergency routes and venue access remain clear.</w:t>
      </w:r>
    </w:p>
    <w:p w14:paraId="0B0684FA" w14:textId="77777777" w:rsidR="00623D03" w:rsidRDefault="00000000">
      <w:pPr>
        <w:pStyle w:val="ListBullet"/>
        <w:spacing w:after="0"/>
      </w:pPr>
      <w:r>
        <w:t>Participant capacity, supervision and restrictions clearly established.</w:t>
      </w:r>
    </w:p>
    <w:p w14:paraId="14282B30" w14:textId="77777777" w:rsidR="00623D03" w:rsidRDefault="00000000">
      <w:pPr>
        <w:pStyle w:val="Heading1"/>
        <w:spacing w:before="0"/>
      </w:pPr>
      <w:r>
        <w:t>Training Requirements</w:t>
      </w:r>
    </w:p>
    <w:p w14:paraId="640D8509" w14:textId="77777777" w:rsidR="00623D03" w:rsidRDefault="00000000">
      <w:pPr>
        <w:spacing w:after="20"/>
      </w:pPr>
      <w:r>
        <w:t>Staff trained in safe Radio Controlled Cars operation, equipment inspection, participant briefing, supervision, crowd/access control, emergency procedures and incident response.</w:t>
      </w:r>
    </w:p>
    <w:sectPr w:rsidR="00623D03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238267">
    <w:abstractNumId w:val="8"/>
  </w:num>
  <w:num w:numId="2" w16cid:durableId="126898718">
    <w:abstractNumId w:val="6"/>
  </w:num>
  <w:num w:numId="3" w16cid:durableId="1224439792">
    <w:abstractNumId w:val="5"/>
  </w:num>
  <w:num w:numId="4" w16cid:durableId="1697464358">
    <w:abstractNumId w:val="4"/>
  </w:num>
  <w:num w:numId="5" w16cid:durableId="810364626">
    <w:abstractNumId w:val="7"/>
  </w:num>
  <w:num w:numId="6" w16cid:durableId="153960885">
    <w:abstractNumId w:val="3"/>
  </w:num>
  <w:num w:numId="7" w16cid:durableId="1745184294">
    <w:abstractNumId w:val="2"/>
  </w:num>
  <w:num w:numId="8" w16cid:durableId="707921473">
    <w:abstractNumId w:val="1"/>
  </w:num>
  <w:num w:numId="9" w16cid:durableId="179447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74A6"/>
    <w:rsid w:val="0015074B"/>
    <w:rsid w:val="0029639D"/>
    <w:rsid w:val="00326F90"/>
    <w:rsid w:val="00623D03"/>
    <w:rsid w:val="00AA1D8D"/>
    <w:rsid w:val="00B47730"/>
    <w:rsid w:val="00CB0664"/>
    <w:rsid w:val="00E95F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1CC547"/>
  <w14:defaultImageDpi w14:val="300"/>
  <w15:docId w15:val="{21A359DF-196E-4081-A82F-B37BAD52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2026-08-10T14:35:00Z</dcterms:created>
  <dcterms:modified xsi:type="dcterms:W3CDTF">2026-08-10T14:35:00Z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976f30c5-144b-4770-bee5-16392697ee02</vt:lpwstr>
  </property>
</Properties>
</file>